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Fullmakt</w:t>
      </w:r>
    </w:p>
    <w:p>
      <w:r>
        <w:t>Undertegnede gir herved fullmakt til personen nedenfor til å handle på mine vegne i saken som er beskrevet.</w:t>
      </w:r>
    </w:p>
    <w:p>
      <w:pPr>
        <w:pStyle w:val="Heading2"/>
      </w:pPr>
      <w:r>
        <w:t>Fullmaktsgiver (den som gir fullmakten)</w:t>
      </w:r>
    </w:p>
    <w:p>
      <w:r>
        <w:rPr>
          <w:b/>
        </w:rPr>
        <w:t>Navn:</w:t>
      </w:r>
    </w:p>
    <w:p>
      <w:r>
        <w:t>____________________________________________________________</w:t>
      </w:r>
    </w:p>
    <w:p>
      <w:r>
        <w:rPr>
          <w:b/>
        </w:rPr>
        <w:t>Fødselsnummer (11 siffer):</w:t>
      </w:r>
    </w:p>
    <w:p>
      <w:r>
        <w:t>____________________________________________________________</w:t>
      </w:r>
    </w:p>
    <w:p>
      <w:r>
        <w:rPr>
          <w:b/>
        </w:rPr>
        <w:t>Adresse:</w:t>
      </w:r>
    </w:p>
    <w:p>
      <w:r>
        <w:t>____________________________________________________________</w:t>
      </w:r>
    </w:p>
    <w:p>
      <w:r>
        <w:rPr>
          <w:b/>
        </w:rPr>
        <w:t>Telefon / e-post:</w:t>
      </w:r>
    </w:p>
    <w:p>
      <w:r>
        <w:t>____________________________________________________________</w:t>
      </w:r>
    </w:p>
    <w:p>
      <w:pPr>
        <w:pStyle w:val="Heading2"/>
      </w:pPr>
      <w:r>
        <w:t>Fullmektig (den som får fullmakten)</w:t>
      </w:r>
    </w:p>
    <w:p>
      <w:r>
        <w:rPr>
          <w:b/>
        </w:rPr>
        <w:t>Navn:</w:t>
      </w:r>
    </w:p>
    <w:p>
      <w:r>
        <w:t>____________________________________________________________</w:t>
      </w:r>
    </w:p>
    <w:p>
      <w:r>
        <w:rPr>
          <w:b/>
        </w:rPr>
        <w:t>Fødselsnummer eller fødselsdato:</w:t>
      </w:r>
    </w:p>
    <w:p>
      <w:r>
        <w:t>____________________________________________________________</w:t>
      </w:r>
    </w:p>
    <w:p>
      <w:r>
        <w:rPr>
          <w:b/>
        </w:rPr>
        <w:t>Adresse:</w:t>
      </w:r>
    </w:p>
    <w:p>
      <w:r>
        <w:t>____________________________________________________________</w:t>
      </w:r>
    </w:p>
    <w:p>
      <w:r>
        <w:rPr>
          <w:b/>
        </w:rPr>
        <w:t>Telefon / e-post:</w:t>
      </w:r>
    </w:p>
    <w:p>
      <w:r>
        <w:t>____________________________________________________________</w:t>
      </w:r>
    </w:p>
    <w:p>
      <w:pPr>
        <w:pStyle w:val="Heading2"/>
      </w:pPr>
      <w:r>
        <w:t>Hva fullmakten gjelder</w:t>
      </w:r>
    </w:p>
    <w:p>
      <w:r>
        <w:t>Beskriv saken og hva fullmektigen kan gjøre, så konkret som mulig (for eksempel «hente rekommandert sending hos Posten», «be om innsyn i og få kopi av dokumentene i saken min hos …», «signere kontrakt om …»).</w:t>
      </w:r>
    </w:p>
    <w:p>
      <w:r>
        <w:rPr>
          <w:b/>
        </w:rPr>
        <w:t>Fullmakten gjelder: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Fullmakten gjelder til og med (dato), eller til den trekkes tilbake:</w:t>
      </w:r>
    </w:p>
    <w:p>
      <w:r>
        <w:t>____________________________________________________________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 fullmaktsgiver: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/>
    <w:p>
      <w:pPr>
        <w:jc w:val="left"/>
      </w:pPr>
      <w:r>
        <w:rPr>
          <w:i/>
          <w:sz w:val="18"/>
        </w:rPr>
        <w:t>Mal fra Skjema.org (www.skjema.org/maler/fullmakt.html). Mange etater har egne fullmaktsskjemaer eller digitale fullmaktsløsninger som må brukes i stedet – sjekk hos etaten. En vanlig fullmakt gjelder ikke når du ikke lenger kan ivareta dine egne interesser; da trengs en fremtidsfullmakt med egne formkrav. Malen er generell informasjon og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Fullmakt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