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7406D"/>
        </w:rPr>
        <w:t>Innsynsbegjæring</w:t>
      </w:r>
    </w:p>
    <w:p>
      <w:r>
        <w:rPr>
          <w:b/>
        </w:rPr>
        <w:t>Til (offentlig organ, e-postadresse eller postmottak):</w:t>
      </w:r>
    </w:p>
    <w:p>
      <w:r>
        <w:t>____________________________________________________________</w:t>
      </w:r>
    </w:p>
    <w:p>
      <w:r>
        <w:rPr>
          <w:b/>
        </w:rPr>
        <w:t>Fra (navn og kontaktinformasjon – kan utelates):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rPr>
          <w:b/>
        </w:rPr>
        <w:t>Dato:</w:t>
      </w:r>
    </w:p>
    <w:p>
      <w:r>
        <w:t>____________________________________________________________</w:t>
      </w:r>
    </w:p>
    <w:p>
      <w:r>
        <w:t>Jeg ber om innsyn i følgende dokument(er) etter offentleglova:</w:t>
      </w:r>
    </w:p>
    <w:p>
      <w:r>
        <w:rPr>
          <w:b/>
        </w:rPr>
        <w:t>Saksnummer / dokumentnummer / dato (fra postjournalen, hvis kjent):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rPr>
          <w:b/>
        </w:rPr>
        <w:t>Beskrivelse av dokumentene eller saken: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Ønsket form: ☐ kopi på e-post   ☐ papirkopi   ☐ innsyn på stedet</w:t>
      </w:r>
    </w:p>
    <w:p>
      <w:r>
        <w:t>Dersom innsyn helt eller delvis avslås, ber jeg om at avslaget begrunnes med hjemmel, og at det opplyses om klageadgang. Jeg ber også om merinnsyn der det er mulig.</w:t>
      </w:r>
    </w:p>
    <w:p>
      <w:pPr>
        <w:pStyle w:val="Heading2"/>
      </w:pPr>
      <w:r>
        <w:t>Underskrift</w:t>
      </w:r>
    </w:p>
    <w:p>
      <w:r>
        <w:rPr>
          <w:b/>
        </w:rPr>
        <w:t>Sted og dato:</w:t>
      </w:r>
    </w:p>
    <w:p>
      <w:r>
        <w:t>____________________________________________________________</w:t>
      </w:r>
    </w:p>
    <w:p>
      <w:r>
        <w:rPr>
          <w:b/>
        </w:rPr>
        <w:t>Underskrift:</w:t>
      </w:r>
    </w:p>
    <w:p>
      <w:r>
        <w:t>____________________________________________________________</w:t>
      </w:r>
    </w:p>
    <w:p>
      <w:r>
        <w:rPr>
          <w:b/>
        </w:rPr>
        <w:t>Navn med blokkbokstaver:</w:t>
      </w:r>
    </w:p>
    <w:p>
      <w:r>
        <w:t>____________________________________________________________</w:t>
      </w:r>
    </w:p>
    <w:p>
      <w:pPr>
        <w:jc w:val="left"/>
      </w:pPr>
      <w:r>
        <w:rPr>
          <w:i/>
          <w:sz w:val="18"/>
        </w:rPr>
        <w:t>Mal fra Skjema.org (www.skjema.org/maler/innsynsbegjaering.html). Du trenger ikke begrunne hvorfor du ber om innsyn. Generell informasjon, ikke juridisk rådgivning.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Innsynsbegjæring</dc:title>
  <dc:subject/>
  <dc:creator>Skjema.org</dc:creator>
  <cp:keywords/>
  <dc:description>generated by python-docx</dc:description>
  <cp:lastModifiedBy>Skjema.org</cp:lastModifiedBy>
  <cp:revision>1</cp:revision>
  <dcterms:created xsi:type="dcterms:W3CDTF">2026-10-25T12:00:00Z</dcterms:created>
  <dcterms:modified xsi:type="dcterms:W3CDTF">2026-10-25T12:00:00Z</dcterms:modified>
  <cp:category/>
</cp:coreProperties>
</file>