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7406D"/>
        </w:rPr>
        <w:t>Kvittering</w:t>
      </w:r>
    </w:p>
    <w:p>
      <w:r>
        <w:rPr>
          <w:b/>
        </w:rPr>
        <w:t>Selger (navn, adresse, telefon):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Kjøper (navn, adresse, telefon):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Dato for salget:</w:t>
      </w:r>
    </w:p>
    <w:p>
      <w:r>
        <w:t>____________________________________________________________</w:t>
      </w:r>
    </w:p>
    <w:p>
      <w:r>
        <w:rPr>
          <w:b/>
        </w:rPr>
        <w:t>Hva som er solgt (beskrivelse, merke/modell, serienummer):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rPr>
          <w:b/>
        </w:rPr>
        <w:t>Pris (kroner):</w:t>
      </w:r>
    </w:p>
    <w:p>
      <w:r>
        <w:t>____________________________________________________________</w:t>
      </w:r>
    </w:p>
    <w:p>
      <w:r>
        <w:t>Betalt med: ☐ kontant   ☐ bankoverføring   ☐ Vipps / mobilbetaling   ☐ annet: ______________</w:t>
      </w:r>
    </w:p>
    <w:p>
      <w:r>
        <w:rPr>
          <w:b/>
        </w:rPr>
        <w:t>Særlige avtaler (for eksempel «selges som den er», kjente feil, levering):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____________________________________________________________</w:t>
      </w:r>
    </w:p>
    <w:p>
      <w:r>
        <w:t>Beløpet er mottatt i sin helhet.</w:t>
      </w:r>
    </w:p>
    <w:p>
      <w:pPr>
        <w:pStyle w:val="Heading2"/>
      </w:pPr>
      <w:r>
        <w:t>Underskrifter</w:t>
      </w:r>
    </w:p>
    <w:p>
      <w:r>
        <w:rPr>
          <w:b/>
        </w:rPr>
        <w:t>Selger:</w:t>
      </w:r>
    </w:p>
    <w:p>
      <w:r>
        <w:t>____________________________________________________________</w:t>
      </w:r>
    </w:p>
    <w:p>
      <w:r>
        <w:rPr>
          <w:b/>
        </w:rPr>
        <w:t>Kjøper:</w:t>
      </w:r>
    </w:p>
    <w:p>
      <w:r>
        <w:t>____________________________________________________________</w:t>
      </w:r>
    </w:p>
    <w:p>
      <w:pPr>
        <w:jc w:val="left"/>
      </w:pPr>
      <w:r>
        <w:rPr>
          <w:i/>
          <w:sz w:val="18"/>
        </w:rPr>
        <w:t>Mal fra Skjema.org (www.skjema.org/maler/kvittering.html). For kjøretøy, båt og bolig bør du bruke en egen kjøpekontrakt. Generell informasjon, ikke juridisk rådgivning.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Kvittering</dc:title>
  <dc:subject/>
  <dc:creator>Skjema.org</dc:creator>
  <cp:keywords/>
  <dc:description>generated by python-docx</dc:description>
  <cp:lastModifiedBy>Skjema.org</cp:lastModifiedBy>
  <cp:revision>1</cp:revision>
  <dcterms:created xsi:type="dcterms:W3CDTF">2026-10-25T12:00:00Z</dcterms:created>
  <dcterms:modified xsi:type="dcterms:W3CDTF">2026-10-25T12:00:00Z</dcterms:modified>
  <cp:category/>
</cp:coreProperties>
</file>