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7406D"/>
        </w:rPr>
        <w:t>Oppsigelse</w:t>
      </w:r>
    </w:p>
    <w:p>
      <w:r>
        <w:rPr>
          <w:b/>
        </w:rPr>
        <w:t>Til (arbeidsgiver og nærmeste leder):</w:t>
      </w:r>
    </w:p>
    <w:p>
      <w:r>
        <w:t>____________________________________________________________</w:t>
      </w:r>
    </w:p>
    <w:p>
      <w:r>
        <w:rPr>
          <w:b/>
        </w:rPr>
        <w:t>Fra (navn, adresse, telefon):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Dato:</w:t>
      </w:r>
    </w:p>
    <w:p>
      <w:r>
        <w:t>____________________________________________________________</w:t>
      </w:r>
    </w:p>
    <w:p>
      <w:r>
        <w:t>Jeg sier med dette opp min stilling som</w:t>
      </w:r>
    </w:p>
    <w:p>
      <w:r>
        <w:rPr>
          <w:b/>
        </w:rPr>
        <w:t>Stilling / avdeling:</w:t>
      </w:r>
    </w:p>
    <w:p>
      <w:r>
        <w:t>____________________________________________________________</w:t>
      </w:r>
    </w:p>
    <w:p>
      <w:r>
        <w:rPr>
          <w:b/>
        </w:rPr>
        <w:t>Ansatt siden (dato):</w:t>
      </w:r>
    </w:p>
    <w:p>
      <w:r>
        <w:t>____________________________________________________________</w:t>
      </w:r>
    </w:p>
    <w:p>
      <w:r>
        <w:rPr>
          <w:b/>
        </w:rPr>
        <w:t>Oppsigelsesfrist (se arbeidsavtalen eller tariffavtalen):</w:t>
      </w:r>
    </w:p>
    <w:p>
      <w:r>
        <w:t>____________________________________________________________</w:t>
      </w:r>
    </w:p>
    <w:p>
      <w:r>
        <w:rPr>
          <w:b/>
        </w:rPr>
        <w:t>Siste arbeidsdag etter min beregning:</w:t>
      </w:r>
    </w:p>
    <w:p>
      <w:r>
        <w:t>____________________________________________________________</w:t>
      </w:r>
    </w:p>
    <w:p>
      <w:r>
        <w:rPr>
          <w:b/>
        </w:rPr>
        <w:t>Ønsker om avvikling av ferie, avspasering eller sluttdato (valgfritt):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Jeg ber om skriftlig bekreftelse på at oppsigelsen er mottatt, og om attest når arbeidsforholdet avsluttes.</w:t>
      </w:r>
    </w:p>
    <w:p>
      <w:pPr>
        <w:pStyle w:val="Heading2"/>
      </w:pPr>
      <w:r>
        <w:t>Underskrift</w:t>
      </w:r>
    </w:p>
    <w:p>
      <w:r>
        <w:rPr>
          <w:b/>
        </w:rPr>
        <w:t>Sted og dato:</w:t>
      </w:r>
    </w:p>
    <w:p>
      <w:r>
        <w:t>____________________________________________________________</w:t>
      </w:r>
    </w:p>
    <w:p>
      <w:r>
        <w:rPr>
          <w:b/>
        </w:rPr>
        <w:t>Underskrift arbeidstaker:</w:t>
      </w:r>
    </w:p>
    <w:p>
      <w:r>
        <w:t>____________________________________________________________</w:t>
      </w:r>
    </w:p>
    <w:p>
      <w:r>
        <w:rPr>
          <w:b/>
        </w:rPr>
        <w:t>Navn med blokkbokstaver:</w:t>
      </w:r>
    </w:p>
    <w:p>
      <w:r>
        <w:t>____________________________________________________________</w:t>
      </w:r>
    </w:p>
    <w:p>
      <w:pPr>
        <w:jc w:val="left"/>
      </w:pPr>
      <w:r>
        <w:rPr>
          <w:i/>
          <w:sz w:val="18"/>
        </w:rPr>
        <w:t>Mal fra Skjema.org (www.skjema.org/maler/oppsigelse-fra-arbeidstaker.html). Oppsigelsesfristen løper som regel fra den første dagen i måneden etter at oppsigelsen er mottatt – sjekk arbeidsavtalen. Generell informasjon, ikke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Oppsigelse</dc:title>
  <dc:subject/>
  <dc:creator>Skjema.org</dc:creator>
  <cp:keywords/>
  <dc:description>generated by python-docx</dc:description>
  <cp:lastModifiedBy>Skjema.org</cp:lastModifiedBy>
  <cp:revision>1</cp:revision>
  <dcterms:created xsi:type="dcterms:W3CDTF">2026-10-25T12:00:00Z</dcterms:created>
  <dcterms:modified xsi:type="dcterms:W3CDTF">2026-10-25T12:00:00Z</dcterms:modified>
  <cp:category/>
</cp:coreProperties>
</file>