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Søknad om permisjon</w:t>
      </w:r>
    </w:p>
    <w:p>
      <w:r>
        <w:rPr>
          <w:b/>
        </w:rPr>
        <w:t>Til (arbeidsgiver / nærmeste leder):</w:t>
      </w:r>
    </w:p>
    <w:p>
      <w:r>
        <w:t>____________________________________________________________</w:t>
      </w:r>
    </w:p>
    <w:p>
      <w:r>
        <w:rPr>
          <w:b/>
        </w:rPr>
        <w:t>Fra (navn, stilling, avdeling):</w:t>
      </w:r>
    </w:p>
    <w:p>
      <w:r>
        <w:t>____________________________________________________________</w:t>
      </w:r>
    </w:p>
    <w:p>
      <w:r>
        <w:rPr>
          <w:b/>
        </w:rPr>
        <w:t>Dato:</w:t>
      </w:r>
    </w:p>
    <w:p>
      <w:r>
        <w:t>____________________________________________________________</w:t>
      </w:r>
    </w:p>
    <w:p>
      <w:pPr>
        <w:pStyle w:val="Heading2"/>
      </w:pPr>
      <w:r>
        <w:t>Permisjonen</w:t>
      </w:r>
    </w:p>
    <w:p>
      <w:r>
        <w:rPr>
          <w:b/>
        </w:rPr>
        <w:t>Type permisjon (for eksempel foreldrepermisjon, utdanningspermisjon, velferdspermisjon, ulønnet permisjon):</w:t>
      </w:r>
    </w:p>
    <w:p>
      <w:r>
        <w:t>____________________________________________________________</w:t>
      </w:r>
    </w:p>
    <w:p>
      <w:r>
        <w:rPr>
          <w:b/>
        </w:rPr>
        <w:t>Fra og med (dato):</w:t>
      </w:r>
    </w:p>
    <w:p>
      <w:r>
        <w:t>____________________________________________________________</w:t>
      </w:r>
    </w:p>
    <w:p>
      <w:r>
        <w:rPr>
          <w:b/>
        </w:rPr>
        <w:t>Til og med (dato):</w:t>
      </w:r>
    </w:p>
    <w:p>
      <w:r>
        <w:t>____________________________________________________________</w:t>
      </w:r>
    </w:p>
    <w:p>
      <w:r>
        <w:rPr>
          <w:b/>
        </w:rPr>
        <w:t>Hel eller delvis permisjon (oppgi prosent ved delvis):</w:t>
      </w:r>
    </w:p>
    <w:p>
      <w:r>
        <w:t>____________________________________________________________</w:t>
      </w:r>
    </w:p>
    <w:p>
      <w:r>
        <w:rPr>
          <w:b/>
        </w:rPr>
        <w:t>Med eller uten lønn:</w:t>
      </w:r>
    </w:p>
    <w:p>
      <w:r>
        <w:t>____________________________________________________________</w:t>
      </w:r>
    </w:p>
    <w:p>
      <w:r>
        <w:rPr>
          <w:b/>
        </w:rPr>
        <w:t>Begrunnelse (kort):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Forslag til løsning for arbeidsoppgavene mens jeg er borte (valgfritt):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Vedlegg (for eksempel bekreftelse fra skole eller lege):</w:t>
      </w:r>
    </w:p>
    <w:p>
      <w:r>
        <w:t>____________________________________________________________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 arbeidstaker: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>
      <w:pPr>
        <w:pStyle w:val="Heading2"/>
      </w:pPr>
      <w:r>
        <w:t>Svar fra arbeidsgiver</w:t>
      </w:r>
    </w:p>
    <w:p>
      <w:r>
        <w:rPr>
          <w:b/>
        </w:rPr>
        <w:t>Innvilget / avslått / innvilget med endringer: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Underskrift og dato: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(www.skjema.org/maler/permisjonssoknad.html). Noen permisjoner er lovfestede rettigheter, andre avtales med arbeidsgiver – se artikkelen.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permisjon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