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7406D"/>
        </w:rPr>
        <w:t>Reklamasjon</w:t>
      </w:r>
    </w:p>
    <w:p>
      <w:r>
        <w:rPr>
          <w:b/>
        </w:rPr>
        <w:t>Til (selger, adresse / e-post):</w:t>
      </w:r>
    </w:p>
    <w:p>
      <w:r>
        <w:t>____________________________________________________________</w:t>
      </w:r>
    </w:p>
    <w:p>
      <w:r>
        <w:rPr>
          <w:b/>
        </w:rPr>
        <w:t>Fra (navn, adresse, telefon, e-post):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Dato:</w:t>
      </w:r>
    </w:p>
    <w:p>
      <w:r>
        <w:t>____________________________________________________________</w:t>
      </w:r>
    </w:p>
    <w:p>
      <w:pPr>
        <w:pStyle w:val="Heading2"/>
      </w:pPr>
      <w:r>
        <w:t>Kjøpet</w:t>
      </w:r>
    </w:p>
    <w:p>
      <w:r>
        <w:rPr>
          <w:b/>
        </w:rPr>
        <w:t>Vare / tjeneste:</w:t>
      </w:r>
    </w:p>
    <w:p>
      <w:r>
        <w:t>____________________________________________________________</w:t>
      </w:r>
    </w:p>
    <w:p>
      <w:r>
        <w:rPr>
          <w:b/>
        </w:rPr>
        <w:t>Kjøpt dato:</w:t>
      </w:r>
    </w:p>
    <w:p>
      <w:r>
        <w:t>____________________________________________________________</w:t>
      </w:r>
    </w:p>
    <w:p>
      <w:r>
        <w:rPr>
          <w:b/>
        </w:rPr>
        <w:t>Ordrenummer / kvitteringsnummer:</w:t>
      </w:r>
    </w:p>
    <w:p>
      <w:r>
        <w:t>____________________________________________________________</w:t>
      </w:r>
    </w:p>
    <w:p>
      <w:r>
        <w:rPr>
          <w:b/>
        </w:rPr>
        <w:t>Pris:</w:t>
      </w:r>
    </w:p>
    <w:p>
      <w:r>
        <w:t>____________________________________________________________</w:t>
      </w:r>
    </w:p>
    <w:p>
      <w:pPr>
        <w:pStyle w:val="Heading2"/>
      </w:pPr>
      <w:r>
        <w:t>Feilen (mangelen)</w:t>
      </w:r>
    </w:p>
    <w:p>
      <w:r>
        <w:rPr>
          <w:b/>
        </w:rPr>
        <w:t>Beskriv feilen og når du oppdaget den: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pPr>
        <w:pStyle w:val="Heading2"/>
      </w:pPr>
      <w:r>
        <w:t>Hva jeg krever</w:t>
      </w:r>
    </w:p>
    <w:p>
      <w:r>
        <w:t>Kryss av: ☐ Retting (reparasjon)   ☐ Omlevering (ny vare)   ☐ Prisavslag   ☐ Heving (pengene tilbake)   ☐ Erstatning for tap</w:t>
      </w:r>
    </w:p>
    <w:p>
      <w:r>
        <w:rPr>
          <w:b/>
        </w:rPr>
        <w:t>Utdyping av kravet: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Jeg ber om svar innen (dato):</w:t>
      </w:r>
    </w:p>
    <w:p>
      <w:r>
        <w:t>____________________________________________________________</w:t>
      </w:r>
    </w:p>
    <w:p>
      <w:r>
        <w:rPr>
          <w:b/>
        </w:rPr>
        <w:t>Vedlegg (kvittering, bilder, korrespondanse):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pPr>
        <w:pStyle w:val="Heading2"/>
      </w:pPr>
      <w:r>
        <w:t>Underskrift</w:t>
      </w:r>
    </w:p>
    <w:p>
      <w:r>
        <w:rPr>
          <w:b/>
        </w:rPr>
        <w:t>Sted og dato:</w:t>
      </w:r>
    </w:p>
    <w:p>
      <w:r>
        <w:t>____________________________________________________________</w:t>
      </w:r>
    </w:p>
    <w:p>
      <w:r>
        <w:rPr>
          <w:b/>
        </w:rPr>
        <w:t>Underskrift:</w:t>
      </w:r>
    </w:p>
    <w:p>
      <w:r>
        <w:t>____________________________________________________________</w:t>
      </w:r>
    </w:p>
    <w:p>
      <w:r>
        <w:rPr>
          <w:b/>
        </w:rPr>
        <w:t>Navn med blokkbokstaver:</w:t>
      </w:r>
    </w:p>
    <w:p>
      <w:r>
        <w:t>____________________________________________________________</w:t>
      </w:r>
    </w:p>
    <w:p>
      <w:pPr>
        <w:jc w:val="left"/>
      </w:pPr>
      <w:r>
        <w:rPr>
          <w:i/>
          <w:sz w:val="18"/>
        </w:rPr>
        <w:t>Mal fra Skjema.org (www.skjema.org/maler/reklamasjonsbrev.html). Reklamer innen rimelig tid etter at du oppdaget feilen, og ta vare på en kopi. Generell informasjon, ikke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Reklamasjon</dc:title>
  <dc:subject/>
  <dc:creator>Skjema.org</dc:creator>
  <cp:keywords/>
  <dc:description>generated by python-docx</dc:description>
  <cp:lastModifiedBy>Skjema.org</cp:lastModifiedBy>
  <cp:revision>1</cp:revision>
  <dcterms:created xsi:type="dcterms:W3CDTF">2026-10-25T12:00:00Z</dcterms:created>
  <dcterms:modified xsi:type="dcterms:W3CDTF">2026-10-25T12:00:00Z</dcterms:modified>
  <cp:category/>
</cp:coreProperties>
</file>