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Samtykke til barns utenlandsreise</w:t>
      </w:r>
    </w:p>
    <w:p>
      <w:r>
        <w:t>Undertegnede forelder / foresatt samtykker i at barnet reiser utenlands som beskrevet nedenfor.</w:t>
      </w:r>
    </w:p>
    <w:p>
      <w:pPr>
        <w:pStyle w:val="Heading2"/>
      </w:pPr>
      <w:r>
        <w:t>Barnet</w:t>
      </w:r>
    </w:p>
    <w:p>
      <w:r>
        <w:rPr>
          <w:b/>
        </w:rPr>
        <w:t>Navn:</w:t>
      </w:r>
    </w:p>
    <w:p>
      <w:r>
        <w:t>____________________________________________________________</w:t>
      </w:r>
    </w:p>
    <w:p>
      <w:r>
        <w:rPr>
          <w:b/>
        </w:rPr>
        <w:t>Fødselsdato:</w:t>
      </w:r>
    </w:p>
    <w:p>
      <w:r>
        <w:t>____________________________________________________________</w:t>
      </w:r>
    </w:p>
    <w:p>
      <w:r>
        <w:rPr>
          <w:b/>
        </w:rPr>
        <w:t>Passnummer:</w:t>
      </w:r>
    </w:p>
    <w:p>
      <w:r>
        <w:t>____________________________________________________________</w:t>
      </w:r>
    </w:p>
    <w:p>
      <w:pPr>
        <w:pStyle w:val="Heading2"/>
      </w:pPr>
      <w:r>
        <w:t>Reisen</w:t>
      </w:r>
    </w:p>
    <w:p>
      <w:r>
        <w:rPr>
          <w:b/>
        </w:rPr>
        <w:t>Reisemål (land/byer):</w:t>
      </w:r>
    </w:p>
    <w:p>
      <w:r>
        <w:t>____________________________________________________________</w:t>
      </w:r>
    </w:p>
    <w:p>
      <w:r>
        <w:rPr>
          <w:b/>
        </w:rPr>
        <w:t>Utreise (dato):</w:t>
      </w:r>
    </w:p>
    <w:p>
      <w:r>
        <w:t>____________________________________________________________</w:t>
      </w:r>
    </w:p>
    <w:p>
      <w:r>
        <w:rPr>
          <w:b/>
        </w:rPr>
        <w:t>Hjemreise (dato):</w:t>
      </w:r>
    </w:p>
    <w:p>
      <w:r>
        <w:t>____________________________________________________________</w:t>
      </w:r>
    </w:p>
    <w:p>
      <w:r>
        <w:rPr>
          <w:b/>
        </w:rPr>
        <w:t>Barnet reiser sammen med (navn, relasjon, passnummer):</w:t>
      </w:r>
    </w:p>
    <w:p>
      <w:r>
        <w:t>____________________________________________________________</w:t>
      </w:r>
    </w:p>
    <w:p>
      <w:pPr>
        <w:pStyle w:val="Heading2"/>
      </w:pPr>
      <w:r>
        <w:t>Forelder / foresatt som gir samtykke</w:t>
      </w:r>
    </w:p>
    <w:p>
      <w:r>
        <w:rPr>
          <w:b/>
        </w:rPr>
        <w:t>Navn:</w:t>
      </w:r>
    </w:p>
    <w:p>
      <w:r>
        <w:t>____________________________________________________________</w:t>
      </w:r>
    </w:p>
    <w:p>
      <w:r>
        <w:rPr>
          <w:b/>
        </w:rPr>
        <w:t>Fødselsdato:</w:t>
      </w:r>
    </w:p>
    <w:p>
      <w:r>
        <w:t>____________________________________________________________</w:t>
      </w:r>
    </w:p>
    <w:p>
      <w:r>
        <w:rPr>
          <w:b/>
        </w:rPr>
        <w:t>Adresse:</w:t>
      </w:r>
    </w:p>
    <w:p>
      <w:r>
        <w:t>____________________________________________________________</w:t>
      </w:r>
    </w:p>
    <w:p>
      <w:r>
        <w:rPr>
          <w:b/>
        </w:rPr>
        <w:t>Telefon (tilgjengelig under reisen):</w:t>
      </w:r>
    </w:p>
    <w:p>
      <w:r>
        <w:t>____________________________________________________________</w:t>
      </w:r>
    </w:p>
    <w:p>
      <w:r>
        <w:rPr>
          <w:b/>
        </w:rPr>
        <w:t>E-post:</w:t>
      </w:r>
    </w:p>
    <w:p>
      <w:r>
        <w:t>____________________________________________________________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 forelder / foresatt: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>
      <w:r>
        <w:t>Legg gjerne ved kopi av den samtykkende forelderens pass eller ID-kort, og barnets fødselsattest.</w:t>
      </w:r>
    </w:p>
    <w:p>
      <w:pPr>
        <w:jc w:val="left"/>
      </w:pPr>
      <w:r>
        <w:rPr>
          <w:i/>
          <w:sz w:val="18"/>
        </w:rPr>
        <w:t>Mal fra Skjema.org (www.skjema.org/maler/samtykke-barns-utenlandsreise.html). Enkelte land krever egne skjemaer, oversettelse eller bekreftelse – sjekk reiseinformasjonen for landet.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Samtykke til barns utenlandsreise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