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17406D"/>
        </w:rPr>
        <w:t>Attest</w:t>
      </w:r>
    </w:p>
    <w:p>
      <w:r>
        <w:rPr>
          <w:b/>
        </w:rPr>
        <w:t>Virksomhet (navn, organisasjonsnummer, adresse):</w:t>
      </w:r>
    </w:p>
    <w:p>
      <w:r>
        <w:t>____________________________________________________________</w:t>
      </w:r>
    </w:p>
    <w:p>
      <w:r>
        <w:t>____________________________________________________________</w:t>
      </w:r>
    </w:p>
    <w:p>
      <w:r>
        <w:t>Det bekreftes herved at</w:t>
      </w:r>
    </w:p>
    <w:p>
      <w:r>
        <w:rPr>
          <w:b/>
        </w:rPr>
        <w:t>Navn på arbeidstaker og fødselsdato:</w:t>
      </w:r>
    </w:p>
    <w:p>
      <w:r>
        <w:t>____________________________________________________________</w:t>
      </w:r>
    </w:p>
    <w:p>
      <w:r>
        <w:rPr>
          <w:b/>
        </w:rPr>
        <w:t>har vært ansatt i perioden (fra–til):</w:t>
      </w:r>
    </w:p>
    <w:p>
      <w:r>
        <w:t>____________________________________________________________</w:t>
      </w:r>
    </w:p>
    <w:p>
      <w:r>
        <w:rPr>
          <w:b/>
        </w:rPr>
        <w:t>Stilling / stillingstittel:</w:t>
      </w:r>
    </w:p>
    <w:p>
      <w:r>
        <w:t>____________________________________________________________</w:t>
      </w:r>
    </w:p>
    <w:p>
      <w:r>
        <w:rPr>
          <w:b/>
        </w:rPr>
        <w:t>Stillingsprosent:</w:t>
      </w:r>
    </w:p>
    <w:p>
      <w:r>
        <w:t>____________________________________________________________</w:t>
      </w:r>
    </w:p>
    <w:p>
      <w:r>
        <w:rPr>
          <w:b/>
        </w:rPr>
        <w:t>Arbeidsoppgaver:</w:t>
      </w:r>
    </w:p>
    <w:p>
      <w:r>
        <w:t>____________________________________________________________</w:t>
      </w:r>
    </w:p>
    <w:p>
      <w:r>
        <w:t>____________________________________________________________</w:t>
      </w:r>
    </w:p>
    <w:p>
      <w:r>
        <w:t>____________________________________________________________</w:t>
      </w:r>
    </w:p>
    <w:p>
      <w:r>
        <w:t>____________________________________________________________</w:t>
      </w:r>
    </w:p>
    <w:p>
      <w:pPr>
        <w:pStyle w:val="Heading2"/>
      </w:pPr>
      <w:r>
        <w:t>Valgfri omtale (fylles bare ut hvis arbeidstakeren ønsker det)</w:t>
      </w:r>
    </w:p>
    <w:p>
      <w:r>
        <w:rPr>
          <w:b/>
        </w:rPr>
        <w:t>Vurdering av arbeidstakerens arbeid og samarbeid:</w:t>
      </w:r>
    </w:p>
    <w:p>
      <w:r>
        <w:t>____________________________________________________________</w:t>
      </w:r>
    </w:p>
    <w:p>
      <w:r>
        <w:t>____________________________________________________________</w:t>
      </w:r>
    </w:p>
    <w:p>
      <w:r>
        <w:t>____________________________________________________________</w:t>
      </w:r>
    </w:p>
    <w:p>
      <w:r>
        <w:t>____________________________________________________________</w:t>
      </w:r>
    </w:p>
    <w:p>
      <w:r>
        <w:rPr>
          <w:b/>
        </w:rPr>
        <w:t>Årsak til at arbeidsforholdet opphørte (bare hvis arbeidstakeren ber om det):</w:t>
      </w:r>
    </w:p>
    <w:p>
      <w:r>
        <w:t>____________________________________________________________</w:t>
      </w:r>
    </w:p>
    <w:p>
      <w:r>
        <w:t>____________________________________________________________</w:t>
      </w:r>
    </w:p>
    <w:p>
      <w:pPr>
        <w:pStyle w:val="Heading2"/>
      </w:pPr>
      <w:r>
        <w:t>Underskrift</w:t>
      </w:r>
    </w:p>
    <w:p>
      <w:r>
        <w:rPr>
          <w:b/>
        </w:rPr>
        <w:t>Sted og dato:</w:t>
      </w:r>
    </w:p>
    <w:p>
      <w:r>
        <w:t>____________________________________________________________</w:t>
      </w:r>
    </w:p>
    <w:p>
      <w:r>
        <w:rPr>
          <w:b/>
        </w:rPr>
        <w:t>Underskrift for virksomheten:</w:t>
      </w:r>
    </w:p>
    <w:p>
      <w:r>
        <w:t>____________________________________________________________</w:t>
      </w:r>
    </w:p>
    <w:p>
      <w:r>
        <w:rPr>
          <w:b/>
        </w:rPr>
        <w:t>Navn med blokkbokstaver:</w:t>
      </w:r>
    </w:p>
    <w:p>
      <w:r>
        <w:t>____________________________________________________________</w:t>
      </w:r>
    </w:p>
    <w:p>
      <w:pPr>
        <w:jc w:val="left"/>
      </w:pPr>
      <w:r>
        <w:rPr>
          <w:i/>
          <w:sz w:val="18"/>
        </w:rPr>
        <w:t>Mal fra Skjema.org (www.skjema.org/maler/sluttattest.html). Arbeidstakeren har krav på en skriftlig attest om navn, fødselsdato, hva arbeidet har bestått i og hvor lenge arbeidsforholdet varte (aml. § 15-15) – se artikkelen. Generell informasjon, ikke juridisk rådgivning.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Attest</dc:title>
  <dc:subject/>
  <dc:creator>Skjema.org</dc:creator>
  <cp:keywords/>
  <dc:description>generated by python-docx</dc:description>
  <cp:lastModifiedBy>Skjema.org</cp:lastModifiedBy>
  <cp:revision>1</cp:revision>
  <dcterms:created xsi:type="dcterms:W3CDTF">2026-10-25T12:00:00Z</dcterms:created>
  <dcterms:modified xsi:type="dcterms:W3CDTF">2026-10-25T12:00:00Z</dcterms:modified>
  <cp:category/>
</cp:coreProperties>
</file>