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406D"/>
        </w:rPr>
        <w:t>Forespørsel om tilbud</w:t>
      </w:r>
    </w:p>
    <w:p>
      <w:r>
        <w:rPr>
          <w:b/>
        </w:rPr>
        <w:t>Til (firma, kontaktperson):</w:t>
      </w:r>
    </w:p>
    <w:p>
      <w:r>
        <w:t>____________________________________________________________</w:t>
      </w:r>
    </w:p>
    <w:p>
      <w:r>
        <w:rPr>
          <w:b/>
        </w:rPr>
        <w:t>Fra (navn, adresse, telefon, e-post):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Dato:</w:t>
      </w:r>
    </w:p>
    <w:p>
      <w:r>
        <w:t>____________________________________________________________</w:t>
      </w:r>
    </w:p>
    <w:p>
      <w:pPr>
        <w:pStyle w:val="Heading2"/>
      </w:pPr>
      <w:r>
        <w:t>Oppdraget</w:t>
      </w:r>
    </w:p>
    <w:p>
      <w:r>
        <w:rPr>
          <w:b/>
        </w:rPr>
        <w:t>Beskrivelse av arbeidet / leveransen: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Adresse der arbeidet skal utføres:</w:t>
      </w:r>
    </w:p>
    <w:p>
      <w:r>
        <w:t>____________________________________________________________</w:t>
      </w:r>
    </w:p>
    <w:p>
      <w:r>
        <w:rPr>
          <w:b/>
        </w:rPr>
        <w:t>Ønsket oppstart og ferdigstillelse:</w:t>
      </w:r>
    </w:p>
    <w:p>
      <w:r>
        <w:t>____________________________________________________________</w:t>
      </w:r>
    </w:p>
    <w:p>
      <w:r>
        <w:rPr>
          <w:b/>
        </w:rPr>
        <w:t>Materialer: leverandøren skaffer / jeg skaffer selv:</w:t>
      </w:r>
    </w:p>
    <w:p>
      <w:r>
        <w:t>____________________________________________________________</w:t>
      </w:r>
    </w:p>
    <w:p>
      <w:pPr>
        <w:pStyle w:val="Heading2"/>
      </w:pPr>
      <w:r>
        <w:t>Tilbudet bør inneholde</w:t>
      </w:r>
    </w:p>
    <w:p>
      <w:pPr>
        <w:pStyle w:val="ListBullet"/>
      </w:pPr>
      <w:r>
        <w:t>Fast pris eller timepris og estimat, oppgitt med merverdiavgift</w:t>
      </w:r>
    </w:p>
    <w:p>
      <w:pPr>
        <w:pStyle w:val="ListBullet"/>
      </w:pPr>
      <w:r>
        <w:t>Hva som er inkludert og ikke inkludert</w:t>
      </w:r>
    </w:p>
    <w:p>
      <w:pPr>
        <w:pStyle w:val="ListBullet"/>
      </w:pPr>
      <w:r>
        <w:t>Framdriftsplan</w:t>
      </w:r>
    </w:p>
    <w:p>
      <w:pPr>
        <w:pStyle w:val="ListBullet"/>
      </w:pPr>
      <w:r>
        <w:t>Betalingsplan</w:t>
      </w:r>
    </w:p>
    <w:p>
      <w:pPr>
        <w:pStyle w:val="ListBullet"/>
      </w:pPr>
      <w:r>
        <w:t>Hvor lenge tilbudet gjelder</w:t>
      </w:r>
    </w:p>
    <w:p>
      <w:pPr>
        <w:pStyle w:val="ListBullet"/>
      </w:pPr>
      <w:r>
        <w:t>Organisasjonsnummer og eventuelle godkjenninger</w:t>
      </w:r>
    </w:p>
    <w:p>
      <w:r>
        <w:rPr>
          <w:b/>
        </w:rPr>
        <w:t>Tilbudet sendes innen (dato):</w:t>
      </w:r>
    </w:p>
    <w:p>
      <w:r>
        <w:t>____________________________________________________________</w:t>
      </w:r>
    </w:p>
    <w:p>
      <w:pPr>
        <w:jc w:val="left"/>
      </w:pPr>
      <w:r>
        <w:rPr>
          <w:i/>
          <w:sz w:val="18"/>
        </w:rPr>
        <w:t>Mal fra Skjema.org (www.skjema.org/maler/tilbudsforesporsel-anbud.html). Sammenlign tilbudene i Excel-malen «anbudssammenligning». Generell informasjon, ikke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Forespørsel om tilbud</dc:title>
  <dc:subject/>
  <dc:creator>Skjema.org</dc:creator>
  <cp:keywords/>
  <dc:description>generated by python-docx</dc:description>
  <cp:lastModifiedBy>Skjema.org</cp:lastModifiedBy>
  <cp:revision>1</cp:revision>
  <dcterms:created xsi:type="dcterms:W3CDTF">2026-10-25T12:00:00Z</dcterms:created>
  <dcterms:modified xsi:type="dcterms:W3CDTF">2026-10-25T12:00:00Z</dcterms:modified>
  <cp:category/>
</cp:coreProperties>
</file>